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בעברית – התאמה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במין ובמספר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של 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המסכם בלשון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גבוהים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עייפים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ספרים הוא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מסתיימת בה״א ומתארת מקום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חייבת להיות התאמה במין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הסיומת ים מציינת זכר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(סקרן)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(שקטה)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(עסוקים)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הילדות היו שמחות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בתחנה הייתה ספרייה קטנה ונעימה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התואר צריך להתאים לעצם במין (זכר/נקבה) ובמספר (יחיד/רבים)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שהתואר משתנה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התאמה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שינויי סיומות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לתלמידים חדשים – להסביר זכר/נקבה בעזרת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לגרסה הפשוטה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בעברית – התאמה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שם תואר מתאים לשם עצם. למשל: ילד שמח, ילדה שמחה, ילדים שמחים.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כשהתואר מתאים לעצם במין ובמספר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למשל: ילד, ספר, תחנה (לא) - תחנה זה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למשל: ילדה, ספרייה, 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אבנים רבות,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 אחד,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מעניינות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מדפים רבים,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תחנה אחת,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ספסל אחד,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נוסעים רבים,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הספר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הילדות היו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השולחן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החנויות היו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האיש 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ספרים היא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תחנה היא בלשון נקבה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להתאים שם תואר בלשון זכר לשם עצם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ילדים היא בלשון זכר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עסוקים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שקטה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אנשים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סקרן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עצם בלשון נקבה רבים ושם תואר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על ספרייה קטנה בתחנה, עם שם תואר אחד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מהי התאמה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התאמה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הילדות היו ___ (שמח)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שם עצם ושם תואר מתאימים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מבחן מסכם בעברית – התאמה בין שם עצם לשם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